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sz w:val="22"/>
        </w:rPr>
        <w:t>[Company name]</w:t>
      </w:r>
    </w:p>
    <w:p>
      <w:r>
        <w:rPr>
          <w:b/>
          <w:sz w:val="32"/>
        </w:rPr>
        <w:t>Employee Handbook Acknowledgment</w:t>
      </w:r>
    </w:p>
    <w:p>
      <w:r>
        <w:rPr>
          <w:b w:val="0"/>
          <w:sz w:val="22"/>
        </w:rPr>
        <w:t>Handbook version: [version or effective date]</w:t>
      </w:r>
    </w:p>
    <w:p>
      <w:r>
        <w:rPr>
          <w:i/>
        </w:rPr>
        <w:t>Version A: Receipt and responsibility</w:t>
      </w:r>
    </w:p>
    <w:p/>
    <w:p>
      <w:r>
        <w:t>I acknowledge that I have received a copy of the [Company name] Employee Handbook, version [version or effective date], or have been told where the current version is kept and how to open it.</w:t>
      </w:r>
    </w:p>
    <w:p>
      <w:r>
        <w:t>I understand that it is my responsibility to read the handbook, to ask my manager or Human Resources about anything I do not understand, and to follow the policies it contains.</w:t>
      </w:r>
    </w:p>
    <w:p>
      <w:r>
        <w:t>I understand that [Company name] may change the handbook, that the current version always replaces earlier ones, and that I will be asked to acknowledge the new version when it changes.</w:t>
      </w:r>
    </w:p>
    <w:p>
      <w:r>
        <w:t>I understand that the handbook is a guide to policies and practices and is not a contract of employment or a promise of employment for any length of time.</w:t>
      </w:r>
    </w:p>
    <w:p>
      <w:r>
        <w:t>[Where applicable, add the at-will or employment-status wording your employment counsel provides for your state or country.]</w:t>
      </w:r>
    </w:p>
    <w:p/>
    <w:p>
      <w:r>
        <w:t>Employee name: ______________________________</w:t>
      </w:r>
    </w:p>
    <w:p/>
    <w:p>
      <w:r>
        <w:t>Signature: ___________________________________    Date: ______________</w:t>
      </w:r>
    </w:p>
    <w:p/>
    <w:p>
      <w:r>
        <w:rPr>
          <w:sz w:val="17"/>
        </w:rPr>
        <w:t>This form is a starting draft from AllyMatter, Inc. It is general information, not legal advice. Adapt it to your company and have your employment counsel review the wording before use. allymatter.com</w:t>
      </w:r>
    </w:p>
    <w:p>
      <w:r>
        <w:br w:type="page"/>
      </w:r>
    </w:p>
    <w:p>
      <w:r>
        <w:rPr>
          <w:b w:val="0"/>
          <w:sz w:val="22"/>
        </w:rPr>
        <w:t>[Company name]</w:t>
      </w:r>
    </w:p>
    <w:p>
      <w:r>
        <w:rPr>
          <w:b/>
          <w:sz w:val="32"/>
        </w:rPr>
        <w:t>Employee Handbook Acknowledgment</w:t>
      </w:r>
    </w:p>
    <w:p>
      <w:r>
        <w:rPr>
          <w:b w:val="0"/>
          <w:sz w:val="22"/>
        </w:rPr>
        <w:t>Handbook version: [version or effective date]</w:t>
      </w:r>
    </w:p>
    <w:p>
      <w:r>
        <w:rPr>
          <w:i/>
        </w:rPr>
        <w:t>Version B: Read and agree</w:t>
      </w:r>
    </w:p>
    <w:p/>
    <w:p>
      <w:r>
        <w:t>I confirm that I have read the [Company name] Employee Handbook, version [version or effective date], and that I understand the policies it contains.</w:t>
      </w:r>
    </w:p>
    <w:p>
      <w:r>
        <w:t>I agree to follow these policies and understand that not following them may lead to action under the handbook's procedures.</w:t>
      </w:r>
    </w:p>
    <w:p>
      <w:r>
        <w:t>I understand that [Company name] may change the handbook, that the current version always replaces earlier ones, and that I will be asked to acknowledge the new version when it changes.</w:t>
      </w:r>
    </w:p>
    <w:p>
      <w:r>
        <w:t>I understand that the handbook is a guide to policies and practices and is not a contract of employment or a promise of employment for any length of time.</w:t>
      </w:r>
    </w:p>
    <w:p>
      <w:r>
        <w:t>[Where applicable, add the at-will or employment-status wording your employment counsel provides for your state or country.]</w:t>
      </w:r>
    </w:p>
    <w:p/>
    <w:p>
      <w:r>
        <w:t>Employee name: ______________________________</w:t>
      </w:r>
    </w:p>
    <w:p/>
    <w:p>
      <w:r>
        <w:t>Signature: ___________________________________    Date: ______________</w:t>
      </w:r>
    </w:p>
    <w:p/>
    <w:p>
      <w:r>
        <w:rPr>
          <w:sz w:val="17"/>
        </w:rPr>
        <w:t>This form is a starting draft from AllyMatter, Inc. It is general information, not legal advice. Adapt it to your company and have your employment counsel review the wording before use. allymatter.com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